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671EA1" w14:textId="77777777" w:rsidR="008F4D47" w:rsidRPr="00473B2C" w:rsidRDefault="00000000">
      <w:pPr>
        <w:spacing w:before="140" w:after="20"/>
        <w:jc w:val="center"/>
        <w:rPr>
          <w:lang w:val="ru-RU"/>
        </w:rPr>
      </w:pPr>
      <w:r w:rsidRPr="00473B2C">
        <w:rPr>
          <w:b/>
          <w:color w:val="57A7DE"/>
          <w:sz w:val="17"/>
          <w:lang w:val="ru-RU"/>
        </w:rPr>
        <w:t>ФОРМА ДЛЯ ЗАПОЛНЕНИЯ</w:t>
      </w:r>
    </w:p>
    <w:p w14:paraId="530ECA86" w14:textId="77777777" w:rsidR="008F4D47" w:rsidRPr="00473B2C" w:rsidRDefault="00000000">
      <w:pPr>
        <w:pStyle w:val="aa"/>
        <w:spacing w:after="60"/>
        <w:jc w:val="center"/>
        <w:rPr>
          <w:lang w:val="ru-RU"/>
        </w:rPr>
      </w:pPr>
      <w:r w:rsidRPr="00473B2C">
        <w:rPr>
          <w:lang w:val="ru-RU"/>
        </w:rPr>
        <w:t>ЗАЯВКА НА УЧАСТИЕ В ФЕСТИВАЛЕ</w:t>
      </w:r>
    </w:p>
    <w:p w14:paraId="2FB944FF" w14:textId="7077CBBE" w:rsidR="008F4D47" w:rsidRPr="00DB7302" w:rsidRDefault="00000000" w:rsidP="00DB7302">
      <w:pPr>
        <w:spacing w:after="140"/>
        <w:jc w:val="center"/>
        <w:rPr>
          <w:lang w:val="ru-RU"/>
        </w:rPr>
      </w:pPr>
      <w:r w:rsidRPr="00473B2C">
        <w:rPr>
          <w:color w:val="637586"/>
          <w:sz w:val="18"/>
          <w:lang w:val="ru-RU"/>
        </w:rPr>
        <w:t>Заполните поля в документе, сохраните файл и отправьте его оргкомитету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5"/>
        <w:gridCol w:w="9553"/>
      </w:tblGrid>
      <w:tr w:rsidR="008F4D47" w:rsidRPr="003B4DBC" w14:paraId="1D8DEBFA" w14:textId="7777777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2F78AD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198C393" w14:textId="77777777" w:rsidR="008F4D4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30"/>
              </w:rPr>
              <w:t>1</w:t>
            </w:r>
          </w:p>
        </w:tc>
        <w:tc>
          <w:tcPr>
            <w:tcW w:w="9553" w:type="dxa"/>
            <w:tcBorders>
              <w:top w:val="nil"/>
              <w:left w:val="nil"/>
              <w:bottom w:val="nil"/>
              <w:right w:val="nil"/>
            </w:tcBorders>
            <w:shd w:val="clear" w:color="auto" w:fill="EAF4FB"/>
            <w:tcMar>
              <w:top w:w="110" w:type="dxa"/>
              <w:left w:w="170" w:type="dxa"/>
              <w:bottom w:w="110" w:type="dxa"/>
              <w:right w:w="170" w:type="dxa"/>
            </w:tcMar>
            <w:vAlign w:val="center"/>
          </w:tcPr>
          <w:p w14:paraId="0C93CF8C" w14:textId="77777777" w:rsidR="008F4D47" w:rsidRPr="00473B2C" w:rsidRDefault="00000000">
            <w:pPr>
              <w:spacing w:after="0"/>
              <w:rPr>
                <w:lang w:val="ru-RU"/>
              </w:rPr>
            </w:pPr>
            <w:r w:rsidRPr="00473B2C">
              <w:rPr>
                <w:b/>
                <w:color w:val="124F78"/>
                <w:sz w:val="27"/>
                <w:lang w:val="ru-RU"/>
              </w:rPr>
              <w:t>Выбор конкурса</w:t>
            </w:r>
            <w:r w:rsidRPr="00473B2C">
              <w:rPr>
                <w:color w:val="637586"/>
                <w:sz w:val="16"/>
                <w:lang w:val="ru-RU"/>
              </w:rPr>
              <w:br/>
              <w:t>Данные о городе, стране и датах соответствуют выбранной программе</w:t>
            </w:r>
          </w:p>
        </w:tc>
      </w:tr>
    </w:tbl>
    <w:p w14:paraId="68A29F8C" w14:textId="77777777" w:rsidR="008F4D47" w:rsidRPr="00473B2C" w:rsidRDefault="008F4D47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7058"/>
      </w:tblGrid>
      <w:tr w:rsidR="00DB7302" w:rsidRPr="00DB7302" w14:paraId="69CA564E" w14:textId="77777777">
        <w:trPr>
          <w:cantSplit/>
          <w:trHeight w:val="595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41CFB3DF" w14:textId="1B028204" w:rsidR="00DB7302" w:rsidRPr="00DB7302" w:rsidRDefault="00DB7302" w:rsidP="00DB7302">
            <w:pPr>
              <w:spacing w:after="0"/>
              <w:rPr>
                <w:lang w:val="ru-RU"/>
              </w:rPr>
            </w:pPr>
            <w:r>
              <w:rPr>
                <w:b/>
                <w:sz w:val="18"/>
              </w:rPr>
              <w:t>Город проведения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58344F12" w14:textId="06E64190" w:rsidR="00DB7302" w:rsidRPr="00473B2C" w:rsidRDefault="00DB7302" w:rsidP="00DB7302">
            <w:pPr>
              <w:spacing w:after="0"/>
              <w:rPr>
                <w:lang w:val="ru-RU"/>
              </w:rPr>
            </w:pPr>
          </w:p>
        </w:tc>
      </w:tr>
      <w:tr w:rsidR="00DB7302" w:rsidRPr="00DB7302" w14:paraId="5A0DCD9C" w14:textId="77777777">
        <w:trPr>
          <w:cantSplit/>
          <w:trHeight w:val="595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4270C4D8" w14:textId="53FB8BC4" w:rsidR="00DB7302" w:rsidRDefault="00DB7302" w:rsidP="00DB7302">
            <w:pPr>
              <w:spacing w:after="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Название конкурса 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7B3C797E" w14:textId="553C5719" w:rsidR="00DB7302" w:rsidRPr="00473B2C" w:rsidRDefault="00DB7302" w:rsidP="00DB7302">
            <w:pPr>
              <w:spacing w:after="0"/>
              <w:rPr>
                <w:i/>
                <w:color w:val="637586"/>
                <w:sz w:val="18"/>
                <w:lang w:val="ru-RU"/>
              </w:rPr>
            </w:pPr>
          </w:p>
        </w:tc>
      </w:tr>
      <w:tr w:rsidR="00DB7302" w:rsidRPr="00DB7302" w14:paraId="22CF1E8B" w14:textId="77777777">
        <w:trPr>
          <w:cantSplit/>
          <w:trHeight w:val="482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125DD657" w14:textId="77777777" w:rsidR="00DB7302" w:rsidRDefault="00DB7302" w:rsidP="00DB7302">
            <w:pPr>
              <w:spacing w:after="0"/>
            </w:pPr>
            <w:r>
              <w:rPr>
                <w:b/>
                <w:sz w:val="18"/>
              </w:rPr>
              <w:t>Дата проведения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34F47F94" w14:textId="2443B9D1" w:rsidR="00DB7302" w:rsidRPr="00473B2C" w:rsidRDefault="00DB7302" w:rsidP="00DB7302">
            <w:pPr>
              <w:spacing w:after="0"/>
              <w:rPr>
                <w:lang w:val="ru-RU"/>
              </w:rPr>
            </w:pPr>
          </w:p>
        </w:tc>
      </w:tr>
    </w:tbl>
    <w:p w14:paraId="635301D5" w14:textId="77777777" w:rsidR="008F4D47" w:rsidRDefault="008F4D47">
      <w:pPr>
        <w:spacing w:after="0"/>
      </w:pPr>
    </w:p>
    <w:p w14:paraId="696A2ABF" w14:textId="77777777" w:rsidR="008F4D47" w:rsidRDefault="008F4D47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5"/>
        <w:gridCol w:w="9553"/>
      </w:tblGrid>
      <w:tr w:rsidR="008F4D47" w14:paraId="34533C66" w14:textId="7777777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2F78AD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8F6DB72" w14:textId="77777777" w:rsidR="008F4D4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30"/>
              </w:rPr>
              <w:t>2</w:t>
            </w:r>
          </w:p>
        </w:tc>
        <w:tc>
          <w:tcPr>
            <w:tcW w:w="9553" w:type="dxa"/>
            <w:tcBorders>
              <w:top w:val="nil"/>
              <w:left w:val="nil"/>
              <w:bottom w:val="nil"/>
              <w:right w:val="nil"/>
            </w:tcBorders>
            <w:shd w:val="clear" w:color="auto" w:fill="EAF4FB"/>
            <w:tcMar>
              <w:top w:w="110" w:type="dxa"/>
              <w:left w:w="170" w:type="dxa"/>
              <w:bottom w:w="110" w:type="dxa"/>
              <w:right w:w="170" w:type="dxa"/>
            </w:tcMar>
            <w:vAlign w:val="center"/>
          </w:tcPr>
          <w:p w14:paraId="214D7A22" w14:textId="77777777" w:rsidR="008F4D47" w:rsidRDefault="00000000">
            <w:pPr>
              <w:spacing w:after="0"/>
            </w:pPr>
            <w:r>
              <w:rPr>
                <w:b/>
                <w:color w:val="124F78"/>
                <w:sz w:val="27"/>
              </w:rPr>
              <w:t>Информация о коллективе</w:t>
            </w:r>
          </w:p>
        </w:tc>
      </w:tr>
    </w:tbl>
    <w:p w14:paraId="7840EAEB" w14:textId="77777777" w:rsidR="008F4D47" w:rsidRDefault="008F4D4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7058"/>
      </w:tblGrid>
      <w:tr w:rsidR="008F4D47" w14:paraId="5E0A1345" w14:textId="77777777">
        <w:trPr>
          <w:cantSplit/>
          <w:trHeight w:val="510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6D813FB7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Название коллектива *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1276438C" w14:textId="77777777" w:rsidR="008F4D47" w:rsidRDefault="00000000">
            <w:pPr>
              <w:spacing w:after="0"/>
            </w:pPr>
            <w:r>
              <w:rPr>
                <w:i/>
                <w:color w:val="637586"/>
                <w:sz w:val="18"/>
              </w:rPr>
              <w:t>Введите полное название</w:t>
            </w:r>
          </w:p>
        </w:tc>
      </w:tr>
      <w:tr w:rsidR="008F4D47" w:rsidRPr="003B4DBC" w14:paraId="53DECBFE" w14:textId="77777777">
        <w:trPr>
          <w:cantSplit/>
          <w:trHeight w:val="510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43922DDC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Организация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59F62B0F" w14:textId="73D11A60" w:rsidR="008F4D47" w:rsidRPr="00473B2C" w:rsidRDefault="00000000">
            <w:pPr>
              <w:spacing w:after="0"/>
              <w:rPr>
                <w:lang w:val="ru-RU"/>
              </w:rPr>
            </w:pPr>
            <w:r w:rsidRPr="00473B2C">
              <w:rPr>
                <w:i/>
                <w:color w:val="637586"/>
                <w:sz w:val="18"/>
                <w:lang w:val="ru-RU"/>
              </w:rPr>
              <w:t xml:space="preserve">Учреждение, школа, </w:t>
            </w:r>
            <w:r w:rsidR="008F5A51">
              <w:rPr>
                <w:i/>
                <w:color w:val="637586"/>
                <w:sz w:val="18"/>
                <w:lang w:val="ru-RU"/>
              </w:rPr>
              <w:t>если нужно указать в дипломе</w:t>
            </w:r>
          </w:p>
        </w:tc>
      </w:tr>
      <w:tr w:rsidR="008F4D47" w14:paraId="39E50A60" w14:textId="77777777">
        <w:trPr>
          <w:cantSplit/>
          <w:trHeight w:val="652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2544BE8B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Руководитель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</w:tcPr>
          <w:p w14:paraId="594EAA38" w14:textId="77777777" w:rsidR="008F4D47" w:rsidRDefault="00000000">
            <w:pPr>
              <w:spacing w:after="0"/>
            </w:pPr>
            <w:r>
              <w:rPr>
                <w:i/>
                <w:color w:val="637586"/>
                <w:sz w:val="18"/>
              </w:rPr>
              <w:t>ФИО, должность и регалии</w:t>
            </w:r>
          </w:p>
        </w:tc>
      </w:tr>
    </w:tbl>
    <w:p w14:paraId="52CA31B6" w14:textId="77777777" w:rsidR="008F4D47" w:rsidRPr="00DB7302" w:rsidRDefault="008F4D47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7058"/>
      </w:tblGrid>
      <w:tr w:rsidR="008F4D47" w14:paraId="1AB5CBA7" w14:textId="77777777">
        <w:trPr>
          <w:cantSplit/>
          <w:trHeight w:val="442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31E1F9B2" w14:textId="480C85C5" w:rsidR="008F4D47" w:rsidRPr="00DB7302" w:rsidRDefault="00000000">
            <w:pPr>
              <w:spacing w:after="0"/>
              <w:rPr>
                <w:lang w:val="ru-RU"/>
              </w:rPr>
            </w:pPr>
            <w:r>
              <w:rPr>
                <w:b/>
                <w:sz w:val="18"/>
              </w:rPr>
              <w:t>Город</w:t>
            </w:r>
            <w:r w:rsidR="00DB7302">
              <w:rPr>
                <w:b/>
                <w:sz w:val="18"/>
                <w:lang w:val="ru-RU"/>
              </w:rPr>
              <w:t>/нас. пункт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4534EEB1" w14:textId="77777777" w:rsidR="008F4D47" w:rsidRDefault="00000000">
            <w:pPr>
              <w:spacing w:after="0"/>
            </w:pPr>
            <w:r>
              <w:rPr>
                <w:i/>
                <w:color w:val="637586"/>
                <w:sz w:val="18"/>
              </w:rPr>
              <w:t>Введите город</w:t>
            </w:r>
          </w:p>
        </w:tc>
      </w:tr>
      <w:tr w:rsidR="008F4D47" w:rsidRPr="003B4DBC" w14:paraId="4CF6ADEA" w14:textId="77777777">
        <w:trPr>
          <w:cantSplit/>
          <w:trHeight w:val="442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4B5286DB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Область / регион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380C5A73" w14:textId="77777777" w:rsidR="008F4D47" w:rsidRPr="00473B2C" w:rsidRDefault="00000000">
            <w:pPr>
              <w:spacing w:after="0"/>
              <w:rPr>
                <w:lang w:val="ru-RU"/>
              </w:rPr>
            </w:pPr>
            <w:r w:rsidRPr="00473B2C">
              <w:rPr>
                <w:i/>
                <w:color w:val="637586"/>
                <w:sz w:val="18"/>
                <w:lang w:val="ru-RU"/>
              </w:rPr>
              <w:t>Введите область, край, республику или регион</w:t>
            </w:r>
          </w:p>
        </w:tc>
      </w:tr>
      <w:tr w:rsidR="008F4D47" w14:paraId="26ED1C24" w14:textId="77777777">
        <w:trPr>
          <w:cantSplit/>
          <w:trHeight w:val="442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2E7AD66E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Количество участников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39810D6F" w14:textId="77777777" w:rsidR="008F4D47" w:rsidRDefault="00000000">
            <w:pPr>
              <w:spacing w:after="0"/>
            </w:pPr>
            <w:r>
              <w:rPr>
                <w:i/>
                <w:color w:val="637586"/>
                <w:sz w:val="18"/>
              </w:rPr>
              <w:t>Введите число</w:t>
            </w:r>
          </w:p>
        </w:tc>
      </w:tr>
      <w:tr w:rsidR="008F4D47" w:rsidRPr="003B4DBC" w14:paraId="666571C5" w14:textId="77777777">
        <w:trPr>
          <w:cantSplit/>
          <w:trHeight w:val="595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715D491F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Контактное лицо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22CB255F" w14:textId="77777777" w:rsidR="008F4D47" w:rsidRPr="00473B2C" w:rsidRDefault="00000000">
            <w:pPr>
              <w:spacing w:after="0"/>
              <w:rPr>
                <w:lang w:val="ru-RU"/>
              </w:rPr>
            </w:pPr>
            <w:r w:rsidRPr="00473B2C">
              <w:rPr>
                <w:i/>
                <w:color w:val="637586"/>
                <w:sz w:val="18"/>
                <w:lang w:val="ru-RU"/>
              </w:rPr>
              <w:t>ФИО, должность и удобный способ связи</w:t>
            </w:r>
          </w:p>
        </w:tc>
      </w:tr>
      <w:tr w:rsidR="008F4D47" w14:paraId="393AF5F6" w14:textId="77777777">
        <w:trPr>
          <w:cantSplit/>
          <w:trHeight w:val="465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5CCA7E9D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Телефон *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5F682406" w14:textId="77777777" w:rsidR="008F4D47" w:rsidRDefault="00000000">
            <w:pPr>
              <w:spacing w:after="0"/>
            </w:pPr>
            <w:r>
              <w:rPr>
                <w:i/>
                <w:color w:val="637586"/>
                <w:sz w:val="18"/>
              </w:rPr>
              <w:t>+7 (___) ___-__-__</w:t>
            </w:r>
          </w:p>
        </w:tc>
      </w:tr>
      <w:tr w:rsidR="008F4D47" w14:paraId="3C20338D" w14:textId="77777777">
        <w:trPr>
          <w:cantSplit/>
          <w:trHeight w:val="465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25FABAE8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E-mail *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1EE11646" w14:textId="77777777" w:rsidR="008F4D47" w:rsidRDefault="00000000">
            <w:pPr>
              <w:spacing w:after="0"/>
            </w:pPr>
            <w:r>
              <w:rPr>
                <w:i/>
                <w:color w:val="637586"/>
                <w:sz w:val="18"/>
              </w:rPr>
              <w:t>example@email.ru</w:t>
            </w:r>
          </w:p>
        </w:tc>
      </w:tr>
    </w:tbl>
    <w:p w14:paraId="3A6683F0" w14:textId="77777777" w:rsidR="008F4D47" w:rsidRDefault="008F4D47">
      <w:pPr>
        <w:spacing w:after="0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5"/>
        <w:gridCol w:w="9553"/>
      </w:tblGrid>
      <w:tr w:rsidR="008F5A51" w:rsidRPr="003B4DBC" w14:paraId="2D220B96" w14:textId="77777777" w:rsidTr="00A324EA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2F78AD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9DE2AE7" w14:textId="00F8B4B0" w:rsidR="008F5A51" w:rsidRPr="008F5A51" w:rsidRDefault="008F5A51" w:rsidP="00A324EA">
            <w:pPr>
              <w:spacing w:after="0"/>
              <w:jc w:val="center"/>
              <w:rPr>
                <w:lang w:val="ru-RU"/>
              </w:rPr>
            </w:pPr>
            <w:r>
              <w:rPr>
                <w:b/>
                <w:color w:val="FFFFFF"/>
                <w:sz w:val="30"/>
                <w:lang w:val="ru-RU"/>
              </w:rPr>
              <w:t>3</w:t>
            </w:r>
          </w:p>
        </w:tc>
        <w:tc>
          <w:tcPr>
            <w:tcW w:w="9553" w:type="dxa"/>
            <w:tcBorders>
              <w:top w:val="nil"/>
              <w:left w:val="nil"/>
              <w:bottom w:val="nil"/>
              <w:right w:val="nil"/>
            </w:tcBorders>
            <w:shd w:val="clear" w:color="auto" w:fill="EAF4FB"/>
            <w:tcMar>
              <w:top w:w="110" w:type="dxa"/>
              <w:left w:w="170" w:type="dxa"/>
              <w:bottom w:w="110" w:type="dxa"/>
              <w:right w:w="170" w:type="dxa"/>
            </w:tcMar>
            <w:vAlign w:val="center"/>
          </w:tcPr>
          <w:p w14:paraId="7B209C88" w14:textId="16ADDCED" w:rsidR="008F5A51" w:rsidRPr="008F5A51" w:rsidRDefault="003B4DBC" w:rsidP="00A324EA">
            <w:pPr>
              <w:spacing w:after="0"/>
              <w:rPr>
                <w:lang w:val="ru-RU"/>
              </w:rPr>
            </w:pPr>
            <w:r w:rsidRPr="008F5A51">
              <w:rPr>
                <w:rFonts w:ascii="Aptos" w:eastAsia="Aptos" w:hAnsi="Aptos"/>
                <w:b/>
                <w:color w:val="104E70"/>
                <w:sz w:val="24"/>
                <w:lang w:val="ru-RU"/>
              </w:rPr>
              <w:t>Проживание и поездка</w:t>
            </w:r>
            <w:r>
              <w:rPr>
                <w:rFonts w:ascii="Aptos" w:eastAsia="Aptos" w:hAnsi="Aptos"/>
                <w:color w:val="6E7F87"/>
                <w:sz w:val="16"/>
                <w:lang w:val="ru-RU"/>
              </w:rPr>
              <w:t xml:space="preserve"> (заполняется только участниками с проживанием)</w:t>
            </w:r>
          </w:p>
        </w:tc>
      </w:tr>
    </w:tbl>
    <w:p w14:paraId="0E234ED7" w14:textId="77777777" w:rsidR="008F5A51" w:rsidRPr="008F5A51" w:rsidRDefault="008F5A51" w:rsidP="008F5A51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7058"/>
      </w:tblGrid>
      <w:tr w:rsidR="008F5A51" w14:paraId="744CBEAA" w14:textId="77777777" w:rsidTr="00A324EA">
        <w:trPr>
          <w:cantSplit/>
          <w:trHeight w:val="454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6122EFD3" w14:textId="77777777" w:rsidR="008F5A51" w:rsidRDefault="008F5A51" w:rsidP="00A324EA">
            <w:pPr>
              <w:spacing w:after="0"/>
            </w:pPr>
            <w:r>
              <w:rPr>
                <w:b/>
                <w:sz w:val="18"/>
              </w:rPr>
              <w:t>Количество приезжающих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14574DB4" w14:textId="77777777" w:rsidR="008F5A51" w:rsidRDefault="008F5A51" w:rsidP="00A324EA">
            <w:pPr>
              <w:spacing w:after="0"/>
            </w:pPr>
            <w:r>
              <w:rPr>
                <w:i/>
                <w:color w:val="637586"/>
                <w:sz w:val="18"/>
              </w:rPr>
              <w:t>Введите число</w:t>
            </w:r>
          </w:p>
        </w:tc>
      </w:tr>
      <w:tr w:rsidR="008F5A51" w:rsidRPr="003B4DBC" w14:paraId="5EEA7BEC" w14:textId="77777777" w:rsidTr="00A324EA">
        <w:trPr>
          <w:cantSplit/>
          <w:trHeight w:val="1049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3F3B7C84" w14:textId="77777777" w:rsidR="008F5A51" w:rsidRDefault="008F5A51" w:rsidP="00A324EA">
            <w:pPr>
              <w:spacing w:after="0"/>
            </w:pPr>
            <w:r>
              <w:rPr>
                <w:b/>
                <w:sz w:val="18"/>
              </w:rPr>
              <w:lastRenderedPageBreak/>
              <w:t>Приезд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</w:tcPr>
          <w:p w14:paraId="68249810" w14:textId="77777777" w:rsidR="008F5A51" w:rsidRPr="00473B2C" w:rsidRDefault="008F5A51" w:rsidP="00A324EA">
            <w:pPr>
              <w:spacing w:after="0"/>
              <w:rPr>
                <w:lang w:val="ru-RU"/>
              </w:rPr>
            </w:pPr>
            <w:r w:rsidRPr="00473B2C">
              <w:rPr>
                <w:i/>
                <w:color w:val="637586"/>
                <w:sz w:val="18"/>
                <w:lang w:val="ru-RU"/>
              </w:rPr>
              <w:t>Дата, время, номер рейса/поезда и место прибытия</w:t>
            </w:r>
          </w:p>
        </w:tc>
      </w:tr>
      <w:tr w:rsidR="008F5A51" w:rsidRPr="003B4DBC" w14:paraId="0CDEE56C" w14:textId="77777777" w:rsidTr="00A324EA">
        <w:trPr>
          <w:cantSplit/>
          <w:trHeight w:val="1049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64A0EBF7" w14:textId="77777777" w:rsidR="008F5A51" w:rsidRDefault="008F5A51" w:rsidP="00A324EA">
            <w:pPr>
              <w:spacing w:after="0"/>
            </w:pPr>
            <w:r>
              <w:rPr>
                <w:b/>
                <w:sz w:val="18"/>
              </w:rPr>
              <w:t>Отъезд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</w:tcPr>
          <w:p w14:paraId="0C895DC4" w14:textId="77777777" w:rsidR="008F5A51" w:rsidRPr="00473B2C" w:rsidRDefault="008F5A51" w:rsidP="00A324EA">
            <w:pPr>
              <w:spacing w:after="0"/>
              <w:rPr>
                <w:lang w:val="ru-RU"/>
              </w:rPr>
            </w:pPr>
            <w:r w:rsidRPr="00473B2C">
              <w:rPr>
                <w:i/>
                <w:color w:val="637586"/>
                <w:sz w:val="18"/>
                <w:lang w:val="ru-RU"/>
              </w:rPr>
              <w:t>Дата, время, номер рейса/поезда и место отправления</w:t>
            </w:r>
          </w:p>
        </w:tc>
      </w:tr>
      <w:tr w:rsidR="008F5A51" w14:paraId="1752305C" w14:textId="77777777" w:rsidTr="00A324EA">
        <w:trPr>
          <w:cantSplit/>
          <w:trHeight w:val="454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5E142312" w14:textId="77777777" w:rsidR="008F5A51" w:rsidRDefault="008F5A51" w:rsidP="00A324EA">
            <w:pPr>
              <w:spacing w:after="0"/>
            </w:pPr>
            <w:r>
              <w:rPr>
                <w:b/>
                <w:sz w:val="18"/>
              </w:rPr>
              <w:t>Нужен трансфер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45924447" w14:textId="77777777" w:rsidR="008F5A51" w:rsidRDefault="008F5A51" w:rsidP="00A324EA">
            <w:pPr>
              <w:spacing w:after="0"/>
            </w:pPr>
            <w:r>
              <w:rPr>
                <w:i/>
                <w:color w:val="637586"/>
                <w:sz w:val="18"/>
              </w:rPr>
              <w:t>☐ Нет     ☐ Да</w:t>
            </w:r>
          </w:p>
        </w:tc>
      </w:tr>
    </w:tbl>
    <w:p w14:paraId="6753EDFF" w14:textId="77777777" w:rsidR="008F5A51" w:rsidRDefault="008F5A51">
      <w:pPr>
        <w:spacing w:after="0"/>
        <w:rPr>
          <w:lang w:val="ru-RU"/>
        </w:rPr>
      </w:pPr>
    </w:p>
    <w:p w14:paraId="333316EE" w14:textId="77777777" w:rsidR="008F5A51" w:rsidRPr="008F5A51" w:rsidRDefault="008F5A51">
      <w:pPr>
        <w:spacing w:after="0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5"/>
        <w:gridCol w:w="9553"/>
      </w:tblGrid>
      <w:tr w:rsidR="008F4D47" w:rsidRPr="003B4DBC" w14:paraId="556E1AFB" w14:textId="7777777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2F78AD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9E04E41" w14:textId="6FF6BE70" w:rsidR="008F4D47" w:rsidRPr="008F5A51" w:rsidRDefault="008F5A51">
            <w:pPr>
              <w:spacing w:after="0"/>
              <w:jc w:val="center"/>
              <w:rPr>
                <w:lang w:val="ru-RU"/>
              </w:rPr>
            </w:pPr>
            <w:r>
              <w:rPr>
                <w:b/>
                <w:color w:val="FFFFFF"/>
                <w:sz w:val="30"/>
                <w:lang w:val="ru-RU"/>
              </w:rPr>
              <w:t>4</w:t>
            </w:r>
          </w:p>
        </w:tc>
        <w:tc>
          <w:tcPr>
            <w:tcW w:w="9553" w:type="dxa"/>
            <w:tcBorders>
              <w:top w:val="nil"/>
              <w:left w:val="nil"/>
              <w:bottom w:val="nil"/>
              <w:right w:val="nil"/>
            </w:tcBorders>
            <w:shd w:val="clear" w:color="auto" w:fill="EAF4FB"/>
            <w:tcMar>
              <w:top w:w="110" w:type="dxa"/>
              <w:left w:w="170" w:type="dxa"/>
              <w:bottom w:w="110" w:type="dxa"/>
              <w:right w:w="170" w:type="dxa"/>
            </w:tcMar>
            <w:vAlign w:val="center"/>
          </w:tcPr>
          <w:p w14:paraId="7D26D2B3" w14:textId="77777777" w:rsidR="008F4D47" w:rsidRPr="00473B2C" w:rsidRDefault="00000000">
            <w:pPr>
              <w:spacing w:after="0"/>
              <w:rPr>
                <w:lang w:val="ru-RU"/>
              </w:rPr>
            </w:pPr>
            <w:r w:rsidRPr="00473B2C">
              <w:rPr>
                <w:b/>
                <w:color w:val="124F78"/>
                <w:sz w:val="27"/>
                <w:lang w:val="ru-RU"/>
              </w:rPr>
              <w:t>Конкурсная программа</w:t>
            </w:r>
            <w:r w:rsidRPr="00473B2C">
              <w:rPr>
                <w:color w:val="637586"/>
                <w:sz w:val="16"/>
                <w:lang w:val="ru-RU"/>
              </w:rPr>
              <w:br/>
              <w:t>Каждый номер или работа указывается отдельной строкой</w:t>
            </w:r>
          </w:p>
        </w:tc>
      </w:tr>
    </w:tbl>
    <w:p w14:paraId="7C0DF60F" w14:textId="77777777" w:rsidR="008F4D47" w:rsidRPr="00473B2C" w:rsidRDefault="008F4D47">
      <w:pPr>
        <w:spacing w:after="0"/>
        <w:rPr>
          <w:lang w:val="ru-RU"/>
        </w:rPr>
      </w:pPr>
    </w:p>
    <w:p w14:paraId="3EA58659" w14:textId="77777777" w:rsidR="008F4D47" w:rsidRPr="00473B2C" w:rsidRDefault="00000000">
      <w:pPr>
        <w:keepNext/>
        <w:spacing w:after="100"/>
        <w:rPr>
          <w:lang w:val="ru-RU"/>
        </w:rPr>
      </w:pPr>
      <w:r w:rsidRPr="00473B2C">
        <w:rPr>
          <w:color w:val="637586"/>
          <w:sz w:val="17"/>
          <w:lang w:val="ru-RU"/>
        </w:rPr>
        <w:t>Укажите каждый номер отдельной строкой: название, количество участников, хронометраж, номинацию, возраст, технические требования и педагогов.</w:t>
      </w:r>
    </w:p>
    <w:tbl>
      <w:tblPr>
        <w:tblW w:w="10954" w:type="dxa"/>
        <w:jc w:val="center"/>
        <w:tblLayout w:type="fixed"/>
        <w:tblLook w:val="04A0" w:firstRow="1" w:lastRow="0" w:firstColumn="1" w:lastColumn="0" w:noHBand="0" w:noVBand="1"/>
      </w:tblPr>
      <w:tblGrid>
        <w:gridCol w:w="371"/>
        <w:gridCol w:w="1180"/>
        <w:gridCol w:w="1991"/>
        <w:gridCol w:w="991"/>
        <w:gridCol w:w="510"/>
        <w:gridCol w:w="537"/>
        <w:gridCol w:w="1547"/>
        <w:gridCol w:w="1559"/>
        <w:gridCol w:w="2268"/>
      </w:tblGrid>
      <w:tr w:rsidR="00DB7302" w:rsidRPr="003B4DBC" w14:paraId="5179BE79" w14:textId="77777777" w:rsidTr="00DB7302">
        <w:trPr>
          <w:trHeight w:val="466"/>
          <w:tblHeader/>
          <w:jc w:val="center"/>
        </w:trPr>
        <w:tc>
          <w:tcPr>
            <w:tcW w:w="3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F78AD"/>
            <w:tcMar>
              <w:top w:w="85" w:type="dxa"/>
              <w:left w:w="75" w:type="dxa"/>
              <w:bottom w:w="85" w:type="dxa"/>
              <w:right w:w="75" w:type="dxa"/>
            </w:tcMar>
            <w:vAlign w:val="center"/>
          </w:tcPr>
          <w:p w14:paraId="05AF4BCA" w14:textId="53B1098B" w:rsidR="00DB7302" w:rsidRDefault="00DB7302" w:rsidP="00DB7302">
            <w:pPr>
              <w:spacing w:after="0"/>
              <w:jc w:val="center"/>
              <w:rPr>
                <w:b/>
                <w:color w:val="FFFFFF"/>
                <w:sz w:val="13"/>
              </w:rPr>
            </w:pPr>
            <w:r>
              <w:rPr>
                <w:b/>
                <w:color w:val="FFFFFF"/>
                <w:sz w:val="13"/>
              </w:rPr>
              <w:t>№</w:t>
            </w:r>
          </w:p>
        </w:tc>
        <w:tc>
          <w:tcPr>
            <w:tcW w:w="11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F78AD"/>
          </w:tcPr>
          <w:p w14:paraId="30FB486B" w14:textId="35181A05" w:rsidR="00DB7302" w:rsidRPr="00DB7302" w:rsidRDefault="00DB7302" w:rsidP="00DB7302">
            <w:pPr>
              <w:spacing w:after="0"/>
              <w:jc w:val="center"/>
              <w:rPr>
                <w:b/>
                <w:color w:val="FFFFFF" w:themeColor="background1"/>
                <w:sz w:val="11"/>
                <w:szCs w:val="21"/>
                <w:lang w:val="ru-RU"/>
              </w:rPr>
            </w:pPr>
            <w:r w:rsidRPr="00DB7302">
              <w:rPr>
                <w:rFonts w:cs="Arial"/>
                <w:b/>
                <w:color w:val="FFFFFF" w:themeColor="background1"/>
                <w:spacing w:val="2"/>
                <w:sz w:val="11"/>
                <w:szCs w:val="21"/>
                <w:lang w:val="ru-RU"/>
              </w:rPr>
              <w:t>Название коллектива (группы, подгруппы для указания в дипломе)</w:t>
            </w:r>
          </w:p>
        </w:tc>
        <w:tc>
          <w:tcPr>
            <w:tcW w:w="19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F78AD"/>
            <w:tcMar>
              <w:top w:w="85" w:type="dxa"/>
              <w:left w:w="75" w:type="dxa"/>
              <w:bottom w:w="85" w:type="dxa"/>
              <w:right w:w="75" w:type="dxa"/>
            </w:tcMar>
          </w:tcPr>
          <w:p w14:paraId="33160804" w14:textId="78AB14A5" w:rsidR="00DB7302" w:rsidRPr="00DB7302" w:rsidRDefault="00DB7302" w:rsidP="00DB7302">
            <w:pPr>
              <w:spacing w:after="0"/>
              <w:jc w:val="center"/>
              <w:rPr>
                <w:b/>
                <w:color w:val="FFFFFF" w:themeColor="background1"/>
                <w:sz w:val="11"/>
                <w:szCs w:val="21"/>
              </w:rPr>
            </w:pPr>
            <w:r w:rsidRPr="00DB7302">
              <w:rPr>
                <w:rFonts w:cs="Arial"/>
                <w:b/>
                <w:color w:val="FFFFFF" w:themeColor="background1"/>
                <w:spacing w:val="2"/>
                <w:sz w:val="11"/>
                <w:szCs w:val="21"/>
              </w:rPr>
              <w:t>Название номера / работы</w:t>
            </w:r>
          </w:p>
        </w:tc>
        <w:tc>
          <w:tcPr>
            <w:tcW w:w="99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F78AD"/>
            <w:tcMar>
              <w:top w:w="85" w:type="dxa"/>
              <w:left w:w="75" w:type="dxa"/>
              <w:bottom w:w="85" w:type="dxa"/>
              <w:right w:w="75" w:type="dxa"/>
            </w:tcMar>
          </w:tcPr>
          <w:p w14:paraId="6F3E3E71" w14:textId="5643EE2F" w:rsidR="00DB7302" w:rsidRPr="00DB7302" w:rsidRDefault="00DB7302" w:rsidP="00DB7302">
            <w:pPr>
              <w:spacing w:after="0"/>
              <w:jc w:val="center"/>
              <w:rPr>
                <w:b/>
                <w:color w:val="FFFFFF" w:themeColor="background1"/>
                <w:sz w:val="11"/>
                <w:szCs w:val="21"/>
              </w:rPr>
            </w:pPr>
            <w:r w:rsidRPr="00DB7302">
              <w:rPr>
                <w:b/>
                <w:color w:val="FFFFFF" w:themeColor="background1"/>
                <w:sz w:val="11"/>
                <w:szCs w:val="21"/>
              </w:rPr>
              <w:t>Кол-во участни-ков</w:t>
            </w:r>
          </w:p>
        </w:tc>
        <w:tc>
          <w:tcPr>
            <w:tcW w:w="51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F78AD"/>
            <w:tcMar>
              <w:top w:w="85" w:type="dxa"/>
              <w:left w:w="75" w:type="dxa"/>
              <w:bottom w:w="85" w:type="dxa"/>
              <w:right w:w="75" w:type="dxa"/>
            </w:tcMar>
          </w:tcPr>
          <w:p w14:paraId="07155EAA" w14:textId="77777777" w:rsidR="00DB7302" w:rsidRPr="00DB7302" w:rsidRDefault="00DB7302" w:rsidP="00DB7302">
            <w:pPr>
              <w:jc w:val="center"/>
              <w:rPr>
                <w:b/>
                <w:color w:val="FFFFFF" w:themeColor="background1"/>
                <w:sz w:val="11"/>
                <w:szCs w:val="21"/>
              </w:rPr>
            </w:pPr>
            <w:r w:rsidRPr="00DB7302">
              <w:rPr>
                <w:b/>
                <w:color w:val="FFFFFF" w:themeColor="background1"/>
                <w:sz w:val="11"/>
                <w:szCs w:val="21"/>
              </w:rPr>
              <w:t>Хронометраж (мин)</w:t>
            </w:r>
          </w:p>
          <w:p w14:paraId="41EE6FB5" w14:textId="59DD4E36" w:rsidR="00DB7302" w:rsidRPr="00DB7302" w:rsidRDefault="00DB7302" w:rsidP="00DB7302">
            <w:pPr>
              <w:spacing w:after="0"/>
              <w:jc w:val="center"/>
              <w:rPr>
                <w:b/>
                <w:color w:val="FFFFFF" w:themeColor="background1"/>
                <w:sz w:val="11"/>
                <w:szCs w:val="21"/>
              </w:rPr>
            </w:pPr>
            <w:r w:rsidRPr="00DB7302">
              <w:rPr>
                <w:b/>
                <w:i/>
                <w:iCs/>
                <w:color w:val="FFFFFF" w:themeColor="background1"/>
                <w:sz w:val="11"/>
                <w:szCs w:val="21"/>
              </w:rPr>
              <w:t>2</w:t>
            </w:r>
          </w:p>
        </w:tc>
        <w:tc>
          <w:tcPr>
            <w:tcW w:w="53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F78AD"/>
            <w:tcMar>
              <w:top w:w="85" w:type="dxa"/>
              <w:left w:w="75" w:type="dxa"/>
              <w:bottom w:w="85" w:type="dxa"/>
              <w:right w:w="75" w:type="dxa"/>
            </w:tcMar>
          </w:tcPr>
          <w:p w14:paraId="1A0E5F23" w14:textId="77777777" w:rsidR="00DB7302" w:rsidRPr="00DB7302" w:rsidRDefault="00DB7302" w:rsidP="00DB7302">
            <w:pPr>
              <w:jc w:val="center"/>
              <w:rPr>
                <w:b/>
                <w:color w:val="FFFFFF" w:themeColor="background1"/>
                <w:sz w:val="11"/>
                <w:szCs w:val="21"/>
              </w:rPr>
            </w:pPr>
            <w:r w:rsidRPr="00DB7302">
              <w:rPr>
                <w:b/>
                <w:color w:val="FFFFFF" w:themeColor="background1"/>
                <w:sz w:val="11"/>
                <w:szCs w:val="21"/>
              </w:rPr>
              <w:t>Хронометраж (сек)</w:t>
            </w:r>
          </w:p>
          <w:p w14:paraId="734059ED" w14:textId="34647C4F" w:rsidR="00DB7302" w:rsidRPr="00DB7302" w:rsidRDefault="00DB7302" w:rsidP="00DB7302">
            <w:pPr>
              <w:spacing w:after="0"/>
              <w:jc w:val="center"/>
              <w:rPr>
                <w:b/>
                <w:color w:val="FFFFFF" w:themeColor="background1"/>
                <w:sz w:val="11"/>
                <w:szCs w:val="21"/>
              </w:rPr>
            </w:pPr>
            <w:r w:rsidRPr="00DB7302">
              <w:rPr>
                <w:b/>
                <w:i/>
                <w:iCs/>
                <w:color w:val="FFFFFF" w:themeColor="background1"/>
                <w:sz w:val="11"/>
                <w:szCs w:val="21"/>
              </w:rPr>
              <w:t>30</w:t>
            </w:r>
          </w:p>
        </w:tc>
        <w:tc>
          <w:tcPr>
            <w:tcW w:w="154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F78AD"/>
          </w:tcPr>
          <w:p w14:paraId="06C6DDE0" w14:textId="20F294A9" w:rsidR="00DB7302" w:rsidRPr="00DB7302" w:rsidRDefault="00DB7302" w:rsidP="00DB7302">
            <w:pPr>
              <w:jc w:val="center"/>
              <w:rPr>
                <w:b/>
                <w:color w:val="FFFFFF" w:themeColor="background1"/>
                <w:sz w:val="11"/>
                <w:szCs w:val="21"/>
              </w:rPr>
            </w:pPr>
            <w:r w:rsidRPr="00DB7302">
              <w:rPr>
                <w:b/>
                <w:color w:val="FFFFFF" w:themeColor="background1"/>
                <w:sz w:val="11"/>
                <w:szCs w:val="21"/>
              </w:rPr>
              <w:t>Номинация, возраст</w:t>
            </w:r>
          </w:p>
        </w:tc>
        <w:tc>
          <w:tcPr>
            <w:tcW w:w="15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F78AD"/>
            <w:tcMar>
              <w:top w:w="85" w:type="dxa"/>
              <w:left w:w="75" w:type="dxa"/>
              <w:bottom w:w="85" w:type="dxa"/>
              <w:right w:w="75" w:type="dxa"/>
            </w:tcMar>
          </w:tcPr>
          <w:p w14:paraId="746690D1" w14:textId="77777777" w:rsidR="00DB7302" w:rsidRPr="00DB7302" w:rsidRDefault="00DB7302" w:rsidP="00DB7302">
            <w:pPr>
              <w:jc w:val="center"/>
              <w:rPr>
                <w:b/>
                <w:color w:val="FFFFFF" w:themeColor="background1"/>
                <w:sz w:val="11"/>
                <w:szCs w:val="21"/>
              </w:rPr>
            </w:pPr>
            <w:r w:rsidRPr="00DB7302">
              <w:rPr>
                <w:b/>
                <w:color w:val="FFFFFF" w:themeColor="background1"/>
                <w:sz w:val="11"/>
                <w:szCs w:val="21"/>
              </w:rPr>
              <w:t>Технические требования / номера с точки</w:t>
            </w:r>
          </w:p>
          <w:p w14:paraId="163A88C2" w14:textId="77777777" w:rsidR="00DB7302" w:rsidRPr="00DB7302" w:rsidRDefault="00DB7302" w:rsidP="00DB7302">
            <w:pPr>
              <w:spacing w:after="0"/>
              <w:jc w:val="center"/>
              <w:rPr>
                <w:b/>
                <w:color w:val="FFFFFF" w:themeColor="background1"/>
                <w:sz w:val="11"/>
                <w:szCs w:val="21"/>
                <w:lang w:val="ru-RU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F78AD"/>
            <w:tcMar>
              <w:top w:w="85" w:type="dxa"/>
              <w:left w:w="75" w:type="dxa"/>
              <w:bottom w:w="85" w:type="dxa"/>
              <w:right w:w="75" w:type="dxa"/>
            </w:tcMar>
          </w:tcPr>
          <w:p w14:paraId="5E9D3EA9" w14:textId="1DCE9ED5" w:rsidR="00DB7302" w:rsidRPr="00DB7302" w:rsidRDefault="00DB7302" w:rsidP="00DB7302">
            <w:pPr>
              <w:spacing w:after="0"/>
              <w:jc w:val="center"/>
              <w:rPr>
                <w:b/>
                <w:color w:val="FFFFFF" w:themeColor="background1"/>
                <w:sz w:val="11"/>
                <w:szCs w:val="21"/>
                <w:lang w:val="ru-RU"/>
              </w:rPr>
            </w:pPr>
            <w:r w:rsidRPr="00DB7302">
              <w:rPr>
                <w:b/>
                <w:color w:val="FFFFFF" w:themeColor="background1"/>
                <w:sz w:val="11"/>
                <w:szCs w:val="21"/>
                <w:lang w:val="ru-RU"/>
              </w:rPr>
              <w:t>Рук-ли, педагоги для указания в дипломе (ФИО, должность)</w:t>
            </w:r>
          </w:p>
        </w:tc>
      </w:tr>
      <w:tr w:rsidR="00DB7302" w14:paraId="302349BB" w14:textId="77777777" w:rsidTr="00DB7302">
        <w:trPr>
          <w:cantSplit/>
          <w:trHeight w:val="486"/>
          <w:jc w:val="center"/>
        </w:trPr>
        <w:tc>
          <w:tcPr>
            <w:tcW w:w="37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CFF0F5E" w14:textId="77777777" w:rsidR="00DB7302" w:rsidRDefault="00DB7302" w:rsidP="00DB7302">
            <w:pPr>
              <w:spacing w:after="0"/>
              <w:jc w:val="center"/>
            </w:pPr>
            <w:r>
              <w:rPr>
                <w:color w:val="637586"/>
                <w:sz w:val="16"/>
              </w:rPr>
              <w:t>1</w:t>
            </w:r>
          </w:p>
        </w:tc>
        <w:tc>
          <w:tcPr>
            <w:tcW w:w="118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</w:tcPr>
          <w:p w14:paraId="050350DB" w14:textId="77777777" w:rsidR="00DB7302" w:rsidRDefault="00DB7302" w:rsidP="00DB7302">
            <w:pPr>
              <w:spacing w:after="0"/>
            </w:pPr>
          </w:p>
        </w:tc>
        <w:tc>
          <w:tcPr>
            <w:tcW w:w="1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1FFD586D" w14:textId="7CB9F545" w:rsidR="00DB7302" w:rsidRDefault="00DB7302" w:rsidP="00DB7302">
            <w:pPr>
              <w:spacing w:after="0"/>
            </w:pPr>
          </w:p>
        </w:tc>
        <w:tc>
          <w:tcPr>
            <w:tcW w:w="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55361348" w14:textId="77777777" w:rsidR="00DB7302" w:rsidRDefault="00DB7302" w:rsidP="00DB7302">
            <w:pPr>
              <w:spacing w:after="0"/>
            </w:pPr>
          </w:p>
        </w:tc>
        <w:tc>
          <w:tcPr>
            <w:tcW w:w="51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168E8827" w14:textId="77777777" w:rsidR="00DB7302" w:rsidRDefault="00DB7302" w:rsidP="00DB7302">
            <w:pPr>
              <w:spacing w:after="0"/>
            </w:pPr>
          </w:p>
        </w:tc>
        <w:tc>
          <w:tcPr>
            <w:tcW w:w="53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7509EF38" w14:textId="77777777" w:rsidR="00DB7302" w:rsidRDefault="00DB7302" w:rsidP="00DB7302">
            <w:pPr>
              <w:spacing w:after="0"/>
            </w:pPr>
          </w:p>
        </w:tc>
        <w:tc>
          <w:tcPr>
            <w:tcW w:w="154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</w:tcPr>
          <w:p w14:paraId="0B2CD9CF" w14:textId="77777777" w:rsidR="00DB7302" w:rsidRDefault="00DB7302" w:rsidP="00DB7302">
            <w:pPr>
              <w:spacing w:after="0"/>
            </w:pPr>
          </w:p>
        </w:tc>
        <w:tc>
          <w:tcPr>
            <w:tcW w:w="1559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192B3A3F" w14:textId="4A0DB6DB" w:rsidR="00DB7302" w:rsidRDefault="00DB7302" w:rsidP="00DB7302">
            <w:pPr>
              <w:spacing w:after="0"/>
            </w:pPr>
          </w:p>
        </w:tc>
        <w:tc>
          <w:tcPr>
            <w:tcW w:w="2268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2A6642F4" w14:textId="77777777" w:rsidR="00DB7302" w:rsidRDefault="00DB7302" w:rsidP="00DB7302">
            <w:pPr>
              <w:spacing w:after="0"/>
            </w:pPr>
          </w:p>
        </w:tc>
      </w:tr>
      <w:tr w:rsidR="00DB7302" w14:paraId="6B4B47F4" w14:textId="77777777" w:rsidTr="00DB7302">
        <w:trPr>
          <w:cantSplit/>
          <w:trHeight w:val="486"/>
          <w:jc w:val="center"/>
        </w:trPr>
        <w:tc>
          <w:tcPr>
            <w:tcW w:w="37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54D06286" w14:textId="77777777" w:rsidR="00DB7302" w:rsidRDefault="00DB7302" w:rsidP="00DB7302">
            <w:pPr>
              <w:spacing w:after="0"/>
              <w:jc w:val="center"/>
            </w:pPr>
            <w:r>
              <w:rPr>
                <w:color w:val="637586"/>
                <w:sz w:val="16"/>
              </w:rPr>
              <w:t>2</w:t>
            </w:r>
          </w:p>
        </w:tc>
        <w:tc>
          <w:tcPr>
            <w:tcW w:w="118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</w:tcPr>
          <w:p w14:paraId="4CDFD8E0" w14:textId="77777777" w:rsidR="00DB7302" w:rsidRDefault="00DB7302" w:rsidP="00DB7302">
            <w:pPr>
              <w:spacing w:after="0"/>
            </w:pPr>
          </w:p>
        </w:tc>
        <w:tc>
          <w:tcPr>
            <w:tcW w:w="1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5960957B" w14:textId="6B418D8A" w:rsidR="00DB7302" w:rsidRDefault="00DB7302" w:rsidP="00DB7302">
            <w:pPr>
              <w:spacing w:after="0"/>
            </w:pPr>
          </w:p>
        </w:tc>
        <w:tc>
          <w:tcPr>
            <w:tcW w:w="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6953719D" w14:textId="77777777" w:rsidR="00DB7302" w:rsidRDefault="00DB7302" w:rsidP="00DB7302">
            <w:pPr>
              <w:spacing w:after="0"/>
            </w:pPr>
          </w:p>
        </w:tc>
        <w:tc>
          <w:tcPr>
            <w:tcW w:w="51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413A7D62" w14:textId="77777777" w:rsidR="00DB7302" w:rsidRDefault="00DB7302" w:rsidP="00DB7302">
            <w:pPr>
              <w:spacing w:after="0"/>
            </w:pPr>
          </w:p>
        </w:tc>
        <w:tc>
          <w:tcPr>
            <w:tcW w:w="53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7BE90146" w14:textId="77777777" w:rsidR="00DB7302" w:rsidRDefault="00DB7302" w:rsidP="00DB7302">
            <w:pPr>
              <w:spacing w:after="0"/>
            </w:pPr>
          </w:p>
        </w:tc>
        <w:tc>
          <w:tcPr>
            <w:tcW w:w="154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</w:tcPr>
          <w:p w14:paraId="44059204" w14:textId="77777777" w:rsidR="00DB7302" w:rsidRDefault="00DB7302" w:rsidP="00DB7302">
            <w:pPr>
              <w:spacing w:after="0"/>
            </w:pPr>
          </w:p>
        </w:tc>
        <w:tc>
          <w:tcPr>
            <w:tcW w:w="1559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4E2D11E" w14:textId="52ACA367" w:rsidR="00DB7302" w:rsidRDefault="00DB7302" w:rsidP="00DB7302">
            <w:pPr>
              <w:spacing w:after="0"/>
            </w:pPr>
          </w:p>
        </w:tc>
        <w:tc>
          <w:tcPr>
            <w:tcW w:w="2268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7C7D3AF2" w14:textId="77777777" w:rsidR="00DB7302" w:rsidRDefault="00DB7302" w:rsidP="00DB7302">
            <w:pPr>
              <w:spacing w:after="0"/>
            </w:pPr>
          </w:p>
        </w:tc>
      </w:tr>
      <w:tr w:rsidR="00DB7302" w14:paraId="0A0255A9" w14:textId="77777777" w:rsidTr="00DB7302">
        <w:trPr>
          <w:cantSplit/>
          <w:trHeight w:val="486"/>
          <w:jc w:val="center"/>
        </w:trPr>
        <w:tc>
          <w:tcPr>
            <w:tcW w:w="37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42144703" w14:textId="77777777" w:rsidR="00DB7302" w:rsidRDefault="00DB7302" w:rsidP="00DB7302">
            <w:pPr>
              <w:spacing w:after="0"/>
              <w:jc w:val="center"/>
            </w:pPr>
            <w:r>
              <w:rPr>
                <w:color w:val="637586"/>
                <w:sz w:val="16"/>
              </w:rPr>
              <w:t>3</w:t>
            </w:r>
          </w:p>
        </w:tc>
        <w:tc>
          <w:tcPr>
            <w:tcW w:w="118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</w:tcPr>
          <w:p w14:paraId="237FD880" w14:textId="77777777" w:rsidR="00DB7302" w:rsidRDefault="00DB7302" w:rsidP="00DB7302">
            <w:pPr>
              <w:spacing w:after="0"/>
            </w:pPr>
          </w:p>
        </w:tc>
        <w:tc>
          <w:tcPr>
            <w:tcW w:w="1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1EF5232C" w14:textId="428FD8E0" w:rsidR="00DB7302" w:rsidRDefault="00DB7302" w:rsidP="00DB7302">
            <w:pPr>
              <w:spacing w:after="0"/>
            </w:pPr>
          </w:p>
        </w:tc>
        <w:tc>
          <w:tcPr>
            <w:tcW w:w="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D5303BC" w14:textId="77777777" w:rsidR="00DB7302" w:rsidRDefault="00DB7302" w:rsidP="00DB7302">
            <w:pPr>
              <w:spacing w:after="0"/>
            </w:pPr>
          </w:p>
        </w:tc>
        <w:tc>
          <w:tcPr>
            <w:tcW w:w="51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4C31857" w14:textId="77777777" w:rsidR="00DB7302" w:rsidRDefault="00DB7302" w:rsidP="00DB7302">
            <w:pPr>
              <w:spacing w:after="0"/>
            </w:pPr>
          </w:p>
        </w:tc>
        <w:tc>
          <w:tcPr>
            <w:tcW w:w="53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B89A1AA" w14:textId="77777777" w:rsidR="00DB7302" w:rsidRDefault="00DB7302" w:rsidP="00DB7302">
            <w:pPr>
              <w:spacing w:after="0"/>
            </w:pPr>
          </w:p>
        </w:tc>
        <w:tc>
          <w:tcPr>
            <w:tcW w:w="154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</w:tcPr>
          <w:p w14:paraId="604502C8" w14:textId="77777777" w:rsidR="00DB7302" w:rsidRDefault="00DB7302" w:rsidP="00DB7302">
            <w:pPr>
              <w:spacing w:after="0"/>
            </w:pPr>
          </w:p>
        </w:tc>
        <w:tc>
          <w:tcPr>
            <w:tcW w:w="1559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2A0BCB5B" w14:textId="24BF7700" w:rsidR="00DB7302" w:rsidRDefault="00DB7302" w:rsidP="00DB7302">
            <w:pPr>
              <w:spacing w:after="0"/>
            </w:pPr>
          </w:p>
        </w:tc>
        <w:tc>
          <w:tcPr>
            <w:tcW w:w="2268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2185184F" w14:textId="77777777" w:rsidR="00DB7302" w:rsidRDefault="00DB7302" w:rsidP="00DB7302">
            <w:pPr>
              <w:spacing w:after="0"/>
            </w:pPr>
          </w:p>
        </w:tc>
      </w:tr>
      <w:tr w:rsidR="00DB7302" w14:paraId="544ABE29" w14:textId="77777777" w:rsidTr="00DB7302">
        <w:trPr>
          <w:cantSplit/>
          <w:trHeight w:val="486"/>
          <w:jc w:val="center"/>
        </w:trPr>
        <w:tc>
          <w:tcPr>
            <w:tcW w:w="37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169CE866" w14:textId="77777777" w:rsidR="00DB7302" w:rsidRDefault="00DB7302" w:rsidP="00DB7302">
            <w:pPr>
              <w:spacing w:after="0"/>
              <w:jc w:val="center"/>
            </w:pPr>
            <w:r>
              <w:rPr>
                <w:color w:val="637586"/>
                <w:sz w:val="16"/>
              </w:rPr>
              <w:t>4</w:t>
            </w:r>
          </w:p>
        </w:tc>
        <w:tc>
          <w:tcPr>
            <w:tcW w:w="118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</w:tcPr>
          <w:p w14:paraId="1FB167B2" w14:textId="77777777" w:rsidR="00DB7302" w:rsidRDefault="00DB7302" w:rsidP="00DB7302">
            <w:pPr>
              <w:spacing w:after="0"/>
            </w:pPr>
          </w:p>
        </w:tc>
        <w:tc>
          <w:tcPr>
            <w:tcW w:w="1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1C8C46C8" w14:textId="7AA17925" w:rsidR="00DB7302" w:rsidRDefault="00DB7302" w:rsidP="00DB7302">
            <w:pPr>
              <w:spacing w:after="0"/>
            </w:pPr>
          </w:p>
        </w:tc>
        <w:tc>
          <w:tcPr>
            <w:tcW w:w="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4C842333" w14:textId="77777777" w:rsidR="00DB7302" w:rsidRDefault="00DB7302" w:rsidP="00DB7302">
            <w:pPr>
              <w:spacing w:after="0"/>
            </w:pPr>
          </w:p>
        </w:tc>
        <w:tc>
          <w:tcPr>
            <w:tcW w:w="51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04472C61" w14:textId="77777777" w:rsidR="00DB7302" w:rsidRDefault="00DB7302" w:rsidP="00DB7302">
            <w:pPr>
              <w:spacing w:after="0"/>
            </w:pPr>
          </w:p>
        </w:tc>
        <w:tc>
          <w:tcPr>
            <w:tcW w:w="53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97E3857" w14:textId="77777777" w:rsidR="00DB7302" w:rsidRDefault="00DB7302" w:rsidP="00DB7302">
            <w:pPr>
              <w:spacing w:after="0"/>
            </w:pPr>
          </w:p>
        </w:tc>
        <w:tc>
          <w:tcPr>
            <w:tcW w:w="154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</w:tcPr>
          <w:p w14:paraId="5B93F508" w14:textId="77777777" w:rsidR="00DB7302" w:rsidRDefault="00DB7302" w:rsidP="00DB7302">
            <w:pPr>
              <w:spacing w:after="0"/>
            </w:pPr>
          </w:p>
        </w:tc>
        <w:tc>
          <w:tcPr>
            <w:tcW w:w="1559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A4436CD" w14:textId="52888CF2" w:rsidR="00DB7302" w:rsidRDefault="00DB7302" w:rsidP="00DB7302">
            <w:pPr>
              <w:spacing w:after="0"/>
            </w:pPr>
          </w:p>
        </w:tc>
        <w:tc>
          <w:tcPr>
            <w:tcW w:w="2268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65F71E1A" w14:textId="77777777" w:rsidR="00DB7302" w:rsidRDefault="00DB7302" w:rsidP="00DB7302">
            <w:pPr>
              <w:spacing w:after="0"/>
            </w:pPr>
          </w:p>
        </w:tc>
      </w:tr>
      <w:tr w:rsidR="00DB7302" w14:paraId="52503415" w14:textId="77777777" w:rsidTr="00DB7302">
        <w:trPr>
          <w:cantSplit/>
          <w:trHeight w:val="486"/>
          <w:jc w:val="center"/>
        </w:trPr>
        <w:tc>
          <w:tcPr>
            <w:tcW w:w="37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526E0841" w14:textId="77777777" w:rsidR="00DB7302" w:rsidRDefault="00DB7302" w:rsidP="00DB7302">
            <w:pPr>
              <w:spacing w:after="0"/>
              <w:jc w:val="center"/>
            </w:pPr>
            <w:r>
              <w:rPr>
                <w:color w:val="637586"/>
                <w:sz w:val="16"/>
              </w:rPr>
              <w:t>5</w:t>
            </w:r>
          </w:p>
        </w:tc>
        <w:tc>
          <w:tcPr>
            <w:tcW w:w="118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</w:tcPr>
          <w:p w14:paraId="06AFA1D6" w14:textId="77777777" w:rsidR="00DB7302" w:rsidRDefault="00DB7302" w:rsidP="00DB7302">
            <w:pPr>
              <w:spacing w:after="0"/>
            </w:pPr>
          </w:p>
        </w:tc>
        <w:tc>
          <w:tcPr>
            <w:tcW w:w="1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623F8BE3" w14:textId="73E3D6AD" w:rsidR="00DB7302" w:rsidRDefault="00DB7302" w:rsidP="00DB7302">
            <w:pPr>
              <w:spacing w:after="0"/>
            </w:pPr>
          </w:p>
        </w:tc>
        <w:tc>
          <w:tcPr>
            <w:tcW w:w="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AE68158" w14:textId="77777777" w:rsidR="00DB7302" w:rsidRDefault="00DB7302" w:rsidP="00DB7302">
            <w:pPr>
              <w:spacing w:after="0"/>
            </w:pPr>
          </w:p>
        </w:tc>
        <w:tc>
          <w:tcPr>
            <w:tcW w:w="51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7FCECCE" w14:textId="77777777" w:rsidR="00DB7302" w:rsidRDefault="00DB7302" w:rsidP="00DB7302">
            <w:pPr>
              <w:spacing w:after="0"/>
            </w:pPr>
          </w:p>
        </w:tc>
        <w:tc>
          <w:tcPr>
            <w:tcW w:w="53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7D155A86" w14:textId="77777777" w:rsidR="00DB7302" w:rsidRDefault="00DB7302" w:rsidP="00DB7302">
            <w:pPr>
              <w:spacing w:after="0"/>
            </w:pPr>
          </w:p>
        </w:tc>
        <w:tc>
          <w:tcPr>
            <w:tcW w:w="154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</w:tcPr>
          <w:p w14:paraId="7512134B" w14:textId="77777777" w:rsidR="00DB7302" w:rsidRDefault="00DB7302" w:rsidP="00DB7302">
            <w:pPr>
              <w:spacing w:after="0"/>
            </w:pPr>
          </w:p>
        </w:tc>
        <w:tc>
          <w:tcPr>
            <w:tcW w:w="1559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73EAFA8" w14:textId="562C1AEE" w:rsidR="00DB7302" w:rsidRDefault="00DB7302" w:rsidP="00DB7302">
            <w:pPr>
              <w:spacing w:after="0"/>
            </w:pPr>
          </w:p>
        </w:tc>
        <w:tc>
          <w:tcPr>
            <w:tcW w:w="2268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6F8FB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7AE585F0" w14:textId="77777777" w:rsidR="00DB7302" w:rsidRDefault="00DB7302" w:rsidP="00DB7302">
            <w:pPr>
              <w:spacing w:after="0"/>
            </w:pPr>
          </w:p>
        </w:tc>
      </w:tr>
      <w:tr w:rsidR="00DB7302" w14:paraId="72AD1F57" w14:textId="77777777" w:rsidTr="00DB7302">
        <w:trPr>
          <w:cantSplit/>
          <w:trHeight w:val="486"/>
          <w:jc w:val="center"/>
        </w:trPr>
        <w:tc>
          <w:tcPr>
            <w:tcW w:w="37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69EAF90C" w14:textId="77777777" w:rsidR="00DB7302" w:rsidRDefault="00DB7302" w:rsidP="00DB7302">
            <w:pPr>
              <w:spacing w:after="0"/>
              <w:jc w:val="center"/>
            </w:pPr>
            <w:r>
              <w:rPr>
                <w:color w:val="637586"/>
                <w:sz w:val="16"/>
              </w:rPr>
              <w:t>6</w:t>
            </w:r>
          </w:p>
        </w:tc>
        <w:tc>
          <w:tcPr>
            <w:tcW w:w="118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</w:tcPr>
          <w:p w14:paraId="2AE89288" w14:textId="77777777" w:rsidR="00DB7302" w:rsidRDefault="00DB7302" w:rsidP="00DB7302">
            <w:pPr>
              <w:spacing w:after="0"/>
            </w:pPr>
          </w:p>
        </w:tc>
        <w:tc>
          <w:tcPr>
            <w:tcW w:w="1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76611F04" w14:textId="1AE0534E" w:rsidR="00DB7302" w:rsidRDefault="00DB7302" w:rsidP="00DB7302">
            <w:pPr>
              <w:spacing w:after="0"/>
            </w:pPr>
          </w:p>
        </w:tc>
        <w:tc>
          <w:tcPr>
            <w:tcW w:w="991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06EFDE9B" w14:textId="77777777" w:rsidR="00DB7302" w:rsidRDefault="00DB7302" w:rsidP="00DB7302">
            <w:pPr>
              <w:spacing w:after="0"/>
            </w:pPr>
          </w:p>
        </w:tc>
        <w:tc>
          <w:tcPr>
            <w:tcW w:w="510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3B3BA76B" w14:textId="77777777" w:rsidR="00DB7302" w:rsidRDefault="00DB7302" w:rsidP="00DB7302">
            <w:pPr>
              <w:spacing w:after="0"/>
            </w:pPr>
          </w:p>
        </w:tc>
        <w:tc>
          <w:tcPr>
            <w:tcW w:w="53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7A9275CE" w14:textId="77777777" w:rsidR="00DB7302" w:rsidRDefault="00DB7302" w:rsidP="00DB7302">
            <w:pPr>
              <w:spacing w:after="0"/>
            </w:pPr>
          </w:p>
        </w:tc>
        <w:tc>
          <w:tcPr>
            <w:tcW w:w="1547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</w:tcPr>
          <w:p w14:paraId="7CAADC17" w14:textId="77777777" w:rsidR="00DB7302" w:rsidRDefault="00DB7302" w:rsidP="00DB7302">
            <w:pPr>
              <w:spacing w:after="0"/>
            </w:pPr>
          </w:p>
        </w:tc>
        <w:tc>
          <w:tcPr>
            <w:tcW w:w="1559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5FBE5A0B" w14:textId="517B2798" w:rsidR="00DB7302" w:rsidRDefault="00DB7302" w:rsidP="00DB7302">
            <w:pPr>
              <w:spacing w:after="0"/>
            </w:pPr>
          </w:p>
        </w:tc>
        <w:tc>
          <w:tcPr>
            <w:tcW w:w="2268" w:type="dxa"/>
            <w:tcBorders>
              <w:top w:val="single" w:sz="6" w:space="0" w:color="CBD8E2"/>
              <w:left w:val="single" w:sz="6" w:space="0" w:color="CBD8E2"/>
              <w:bottom w:val="single" w:sz="6" w:space="0" w:color="CBD8E2"/>
              <w:right w:val="single" w:sz="6" w:space="0" w:color="CBD8E2"/>
            </w:tcBorders>
            <w:shd w:val="clear" w:color="auto" w:fill="FFFFFF"/>
            <w:tcMar>
              <w:top w:w="80" w:type="dxa"/>
              <w:left w:w="75" w:type="dxa"/>
              <w:bottom w:w="80" w:type="dxa"/>
              <w:right w:w="75" w:type="dxa"/>
            </w:tcMar>
          </w:tcPr>
          <w:p w14:paraId="24913BBA" w14:textId="77777777" w:rsidR="00DB7302" w:rsidRDefault="00DB7302" w:rsidP="00DB7302">
            <w:pPr>
              <w:spacing w:after="0"/>
            </w:pPr>
          </w:p>
        </w:tc>
      </w:tr>
    </w:tbl>
    <w:p w14:paraId="76984576" w14:textId="77777777" w:rsidR="008F4D47" w:rsidRPr="00473B2C" w:rsidRDefault="00000000">
      <w:pPr>
        <w:spacing w:before="60" w:after="0"/>
        <w:rPr>
          <w:lang w:val="ru-RU"/>
        </w:rPr>
      </w:pPr>
      <w:r w:rsidRPr="00473B2C">
        <w:rPr>
          <w:i/>
          <w:color w:val="637586"/>
          <w:sz w:val="15"/>
          <w:lang w:val="ru-RU"/>
        </w:rPr>
        <w:t>Если строк недостаточно, добавьте строки в таблицу или приложите отдельный список.</w:t>
      </w:r>
    </w:p>
    <w:p w14:paraId="4AADBF9F" w14:textId="37EDC4D2" w:rsidR="008F4D47" w:rsidRPr="00473B2C" w:rsidRDefault="008F4D47">
      <w:pPr>
        <w:rPr>
          <w:lang w:val="ru-RU"/>
        </w:rPr>
      </w:pPr>
    </w:p>
    <w:p w14:paraId="65C9AC40" w14:textId="77777777" w:rsidR="008F4D47" w:rsidRPr="008F5A51" w:rsidRDefault="008F4D47">
      <w:pPr>
        <w:spacing w:after="0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5"/>
        <w:gridCol w:w="9553"/>
      </w:tblGrid>
      <w:tr w:rsidR="008F4D47" w14:paraId="24C66219" w14:textId="7777777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2F78AD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4E1F8A2" w14:textId="77777777" w:rsidR="008F4D4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30"/>
              </w:rPr>
              <w:t>5</w:t>
            </w:r>
          </w:p>
        </w:tc>
        <w:tc>
          <w:tcPr>
            <w:tcW w:w="9553" w:type="dxa"/>
            <w:tcBorders>
              <w:top w:val="nil"/>
              <w:left w:val="nil"/>
              <w:bottom w:val="nil"/>
              <w:right w:val="nil"/>
            </w:tcBorders>
            <w:shd w:val="clear" w:color="auto" w:fill="EAF4FB"/>
            <w:tcMar>
              <w:top w:w="110" w:type="dxa"/>
              <w:left w:w="170" w:type="dxa"/>
              <w:bottom w:w="110" w:type="dxa"/>
              <w:right w:w="170" w:type="dxa"/>
            </w:tcMar>
            <w:vAlign w:val="center"/>
          </w:tcPr>
          <w:p w14:paraId="6C0C091C" w14:textId="77777777" w:rsidR="008F4D47" w:rsidRDefault="00000000">
            <w:pPr>
              <w:spacing w:after="0"/>
            </w:pPr>
            <w:r>
              <w:rPr>
                <w:b/>
                <w:color w:val="124F78"/>
                <w:sz w:val="27"/>
              </w:rPr>
              <w:t>Дипломы и сертификаты</w:t>
            </w:r>
          </w:p>
        </w:tc>
      </w:tr>
    </w:tbl>
    <w:p w14:paraId="69AE1459" w14:textId="77777777" w:rsidR="008F4D47" w:rsidRDefault="008F4D4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7058"/>
      </w:tblGrid>
      <w:tr w:rsidR="008F4D47" w:rsidRPr="003B4DBC" w14:paraId="4540C77B" w14:textId="77777777">
        <w:trPr>
          <w:cantSplit/>
          <w:trHeight w:val="765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564F8E2C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Благодарственное письмо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</w:tcPr>
          <w:p w14:paraId="450E00C8" w14:textId="77777777" w:rsidR="008F4D47" w:rsidRPr="00473B2C" w:rsidRDefault="00000000">
            <w:pPr>
              <w:spacing w:after="0"/>
              <w:rPr>
                <w:lang w:val="ru-RU"/>
              </w:rPr>
            </w:pPr>
            <w:r w:rsidRPr="00473B2C">
              <w:rPr>
                <w:i/>
                <w:color w:val="637586"/>
                <w:sz w:val="18"/>
                <w:lang w:val="ru-RU"/>
              </w:rPr>
              <w:t>Кому подготовить: ФИО, должность, организация</w:t>
            </w:r>
          </w:p>
        </w:tc>
      </w:tr>
      <w:tr w:rsidR="008F4D47" w:rsidRPr="003B4DBC" w14:paraId="62BF8246" w14:textId="77777777">
        <w:trPr>
          <w:cantSplit/>
          <w:trHeight w:val="907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613196D1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Сертификаты педагогам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</w:tcPr>
          <w:p w14:paraId="4673C7A9" w14:textId="77777777" w:rsidR="008F4D47" w:rsidRPr="00473B2C" w:rsidRDefault="00000000">
            <w:pPr>
              <w:spacing w:after="0"/>
              <w:rPr>
                <w:lang w:val="ru-RU"/>
              </w:rPr>
            </w:pPr>
            <w:r w:rsidRPr="00473B2C">
              <w:rPr>
                <w:i/>
                <w:color w:val="637586"/>
                <w:sz w:val="18"/>
                <w:lang w:val="ru-RU"/>
              </w:rPr>
              <w:t>ФИО и должность каждого педагога</w:t>
            </w:r>
          </w:p>
        </w:tc>
      </w:tr>
      <w:tr w:rsidR="008F4D47" w:rsidRPr="003B4DBC" w14:paraId="7D3F6FF0" w14:textId="77777777">
        <w:trPr>
          <w:cantSplit/>
          <w:trHeight w:val="1446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67F59623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lastRenderedPageBreak/>
              <w:t>Индивидуальные дипломы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</w:tcPr>
          <w:p w14:paraId="538DAD55" w14:textId="77777777" w:rsidR="008F4D47" w:rsidRPr="00473B2C" w:rsidRDefault="00000000">
            <w:pPr>
              <w:spacing w:after="0"/>
              <w:rPr>
                <w:lang w:val="ru-RU"/>
              </w:rPr>
            </w:pPr>
            <w:r w:rsidRPr="00473B2C">
              <w:rPr>
                <w:i/>
                <w:color w:val="637586"/>
                <w:sz w:val="18"/>
                <w:lang w:val="ru-RU"/>
              </w:rPr>
              <w:t>Фамилия и имя каждого участника — с новой строки</w:t>
            </w:r>
          </w:p>
        </w:tc>
      </w:tr>
      <w:tr w:rsidR="008F4D47" w:rsidRPr="003B4DBC" w14:paraId="1641FAAD" w14:textId="77777777">
        <w:trPr>
          <w:cantSplit/>
          <w:trHeight w:val="567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05B65722" w14:textId="197D706C" w:rsidR="008F4D47" w:rsidRPr="00E27A6C" w:rsidRDefault="00000000">
            <w:pPr>
              <w:spacing w:after="0"/>
              <w:rPr>
                <w:lang w:val="ru-RU"/>
              </w:rPr>
            </w:pPr>
            <w:r>
              <w:rPr>
                <w:b/>
                <w:sz w:val="18"/>
              </w:rPr>
              <w:t>Откуда узнали о фестивале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3F395A17" w14:textId="77777777" w:rsidR="008F4D47" w:rsidRPr="00473B2C" w:rsidRDefault="00000000">
            <w:pPr>
              <w:spacing w:after="0"/>
              <w:rPr>
                <w:lang w:val="ru-RU"/>
              </w:rPr>
            </w:pPr>
            <w:r>
              <w:rPr>
                <w:i/>
                <w:color w:val="637586"/>
                <w:sz w:val="18"/>
              </w:rPr>
              <w:t>VK</w:t>
            </w:r>
            <w:r w:rsidRPr="00473B2C">
              <w:rPr>
                <w:i/>
                <w:color w:val="637586"/>
                <w:sz w:val="18"/>
                <w:lang w:val="ru-RU"/>
              </w:rPr>
              <w:t>, рекомендации, поиск, рассылка и т. п.</w:t>
            </w:r>
          </w:p>
        </w:tc>
      </w:tr>
      <w:tr w:rsidR="00E27A6C" w:rsidRPr="00DB7302" w14:paraId="2534AD3F" w14:textId="77777777">
        <w:trPr>
          <w:cantSplit/>
          <w:trHeight w:val="567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43ED40B5" w14:textId="2981AE89" w:rsidR="00E27A6C" w:rsidRPr="00E27A6C" w:rsidRDefault="00E27A6C">
            <w:pPr>
              <w:spacing w:after="0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  <w:lang w:val="ru-RU"/>
              </w:rPr>
              <w:t>Именинники в даты конкурса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7FD839F7" w14:textId="0497AA6A" w:rsidR="00E27A6C" w:rsidRPr="00E27A6C" w:rsidRDefault="00E27A6C">
            <w:pPr>
              <w:spacing w:after="0"/>
              <w:rPr>
                <w:i/>
                <w:color w:val="637586"/>
                <w:sz w:val="18"/>
                <w:lang w:val="ru-RU"/>
              </w:rPr>
            </w:pPr>
            <w:r>
              <w:rPr>
                <w:i/>
                <w:color w:val="637586"/>
                <w:sz w:val="18"/>
                <w:lang w:val="ru-RU"/>
              </w:rPr>
              <w:t>Укажите фамилию, имя, возраст</w:t>
            </w:r>
          </w:p>
        </w:tc>
      </w:tr>
    </w:tbl>
    <w:p w14:paraId="6AB09B45" w14:textId="1548971B" w:rsidR="008F4D47" w:rsidRPr="00473B2C" w:rsidRDefault="008F4D47">
      <w:pPr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5"/>
        <w:gridCol w:w="9553"/>
      </w:tblGrid>
      <w:tr w:rsidR="008F4D47" w14:paraId="1C56B8B2" w14:textId="77777777"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2F78AD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441890D" w14:textId="77777777" w:rsidR="008F4D47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30"/>
              </w:rPr>
              <w:t>6</w:t>
            </w:r>
          </w:p>
        </w:tc>
        <w:tc>
          <w:tcPr>
            <w:tcW w:w="9553" w:type="dxa"/>
            <w:tcBorders>
              <w:top w:val="nil"/>
              <w:left w:val="nil"/>
              <w:bottom w:val="nil"/>
              <w:right w:val="nil"/>
            </w:tcBorders>
            <w:shd w:val="clear" w:color="auto" w:fill="EAF4FB"/>
            <w:tcMar>
              <w:top w:w="110" w:type="dxa"/>
              <w:left w:w="170" w:type="dxa"/>
              <w:bottom w:w="110" w:type="dxa"/>
              <w:right w:w="170" w:type="dxa"/>
            </w:tcMar>
            <w:vAlign w:val="center"/>
          </w:tcPr>
          <w:p w14:paraId="3133692D" w14:textId="52FD8E7A" w:rsidR="008F4D47" w:rsidRDefault="00000000">
            <w:pPr>
              <w:spacing w:after="0"/>
            </w:pPr>
            <w:r>
              <w:rPr>
                <w:b/>
                <w:color w:val="124F78"/>
                <w:sz w:val="27"/>
              </w:rPr>
              <w:t xml:space="preserve">Дополнительная информация </w:t>
            </w:r>
          </w:p>
        </w:tc>
      </w:tr>
    </w:tbl>
    <w:p w14:paraId="45F833DE" w14:textId="77777777" w:rsidR="008F4D47" w:rsidRPr="008F5A51" w:rsidRDefault="008F4D47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0"/>
        <w:gridCol w:w="7058"/>
      </w:tblGrid>
      <w:tr w:rsidR="008F4D47" w:rsidRPr="003B4DBC" w14:paraId="599098BF" w14:textId="77777777" w:rsidTr="008F5A51">
        <w:trPr>
          <w:cantSplit/>
          <w:trHeight w:val="1586"/>
          <w:jc w:val="center"/>
        </w:trPr>
        <w:tc>
          <w:tcPr>
            <w:tcW w:w="3090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EAF4FB"/>
            <w:tcMar>
              <w:top w:w="105" w:type="dxa"/>
              <w:left w:w="145" w:type="dxa"/>
              <w:bottom w:w="105" w:type="dxa"/>
              <w:right w:w="145" w:type="dxa"/>
            </w:tcMar>
            <w:vAlign w:val="center"/>
          </w:tcPr>
          <w:p w14:paraId="5DEAB61F" w14:textId="77777777" w:rsidR="008F4D47" w:rsidRDefault="00000000">
            <w:pPr>
              <w:spacing w:after="0"/>
            </w:pPr>
            <w:r>
              <w:rPr>
                <w:b/>
                <w:sz w:val="18"/>
              </w:rPr>
              <w:t>Комментарии</w:t>
            </w:r>
          </w:p>
        </w:tc>
        <w:tc>
          <w:tcPr>
            <w:tcW w:w="7058" w:type="dxa"/>
            <w:tcBorders>
              <w:top w:val="single" w:sz="7" w:space="0" w:color="CBD8E2"/>
              <w:left w:val="single" w:sz="7" w:space="0" w:color="CBD8E2"/>
              <w:bottom w:val="single" w:sz="7" w:space="0" w:color="CBD8E2"/>
              <w:right w:val="single" w:sz="7" w:space="0" w:color="CBD8E2"/>
            </w:tcBorders>
            <w:shd w:val="clear" w:color="auto" w:fill="F6F8FB"/>
            <w:tcMar>
              <w:top w:w="105" w:type="dxa"/>
              <w:left w:w="145" w:type="dxa"/>
              <w:bottom w:w="105" w:type="dxa"/>
              <w:right w:w="145" w:type="dxa"/>
            </w:tcMar>
          </w:tcPr>
          <w:p w14:paraId="1059A160" w14:textId="77777777" w:rsidR="008F4D47" w:rsidRPr="00473B2C" w:rsidRDefault="00000000">
            <w:pPr>
              <w:spacing w:after="0"/>
              <w:rPr>
                <w:lang w:val="ru-RU"/>
              </w:rPr>
            </w:pPr>
            <w:r w:rsidRPr="00473B2C">
              <w:rPr>
                <w:i/>
                <w:color w:val="637586"/>
                <w:sz w:val="18"/>
                <w:lang w:val="ru-RU"/>
              </w:rPr>
              <w:t>Укажите пожелания, вопросы и важные организационные детали</w:t>
            </w:r>
          </w:p>
        </w:tc>
      </w:tr>
    </w:tbl>
    <w:p w14:paraId="1B40AC0F" w14:textId="77777777" w:rsidR="008F4D47" w:rsidRPr="00473B2C" w:rsidRDefault="008F4D47">
      <w:pPr>
        <w:spacing w:after="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8F4D47" w14:paraId="502263BE" w14:textId="77777777">
        <w:trPr>
          <w:jc w:val="center"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EAF4FB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B1578AB" w14:textId="77777777" w:rsidR="008F4D47" w:rsidRDefault="00000000">
            <w:pPr>
              <w:spacing w:after="0"/>
              <w:jc w:val="center"/>
            </w:pPr>
            <w:r>
              <w:rPr>
                <w:color w:val="2F78AD"/>
                <w:sz w:val="30"/>
              </w:rPr>
              <w:t>☐</w:t>
            </w: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EAF4FB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1C2FAF6" w14:textId="77777777" w:rsidR="008F4D47" w:rsidRDefault="00000000">
            <w:pPr>
              <w:spacing w:after="0"/>
            </w:pPr>
            <w:r w:rsidRPr="00473B2C">
              <w:rPr>
                <w:sz w:val="17"/>
                <w:lang w:val="ru-RU"/>
              </w:rPr>
              <w:t xml:space="preserve">Я согласен(на) на обработку персональных данных и подтверждаю достоверность указанных сведений. </w:t>
            </w:r>
            <w:r>
              <w:rPr>
                <w:sz w:val="17"/>
              </w:rPr>
              <w:t>*</w:t>
            </w:r>
          </w:p>
        </w:tc>
      </w:tr>
    </w:tbl>
    <w:p w14:paraId="52594896" w14:textId="77777777" w:rsidR="008F4D47" w:rsidRDefault="008F4D47">
      <w:pPr>
        <w:spacing w:after="0"/>
      </w:pPr>
    </w:p>
    <w:p w14:paraId="202E7FD8" w14:textId="77777777" w:rsidR="008F4D47" w:rsidRDefault="008F4D47">
      <w:pPr>
        <w:spacing w:after="0"/>
      </w:pPr>
    </w:p>
    <w:p w14:paraId="32EB3D1D" w14:textId="77777777" w:rsidR="008F4D47" w:rsidRPr="00473B2C" w:rsidRDefault="00000000">
      <w:pPr>
        <w:spacing w:before="100" w:after="140"/>
        <w:jc w:val="center"/>
        <w:rPr>
          <w:lang w:val="ru-RU"/>
        </w:rPr>
      </w:pPr>
      <w:r w:rsidRPr="00473B2C">
        <w:rPr>
          <w:b/>
          <w:color w:val="124F78"/>
          <w:sz w:val="16"/>
          <w:lang w:val="ru-RU"/>
        </w:rPr>
        <w:t xml:space="preserve">Перед отправкой проверьте обязательные поля: название конкурса, название коллектива, телефон и </w:t>
      </w:r>
      <w:r>
        <w:rPr>
          <w:b/>
          <w:color w:val="124F78"/>
          <w:sz w:val="16"/>
        </w:rPr>
        <w:t>e</w:t>
      </w:r>
      <w:r w:rsidRPr="00473B2C">
        <w:rPr>
          <w:b/>
          <w:color w:val="124F78"/>
          <w:sz w:val="16"/>
          <w:lang w:val="ru-RU"/>
        </w:rPr>
        <w:t>-</w:t>
      </w:r>
      <w:r>
        <w:rPr>
          <w:b/>
          <w:color w:val="124F78"/>
          <w:sz w:val="16"/>
        </w:rPr>
        <w:t>mail</w:t>
      </w:r>
      <w:r w:rsidRPr="00473B2C">
        <w:rPr>
          <w:b/>
          <w:color w:val="124F78"/>
          <w:sz w:val="16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8F4D47" w14:paraId="6E63997C" w14:textId="77777777">
        <w:trPr>
          <w:jc w:val="center"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124F78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05944B7E" w14:textId="77777777" w:rsidR="008F4D47" w:rsidRPr="00473B2C" w:rsidRDefault="00000000">
            <w:pPr>
              <w:spacing w:after="40"/>
              <w:rPr>
                <w:lang w:val="ru-RU"/>
              </w:rPr>
            </w:pPr>
            <w:r w:rsidRPr="00473B2C">
              <w:rPr>
                <w:b/>
                <w:color w:val="FFFFFF"/>
                <w:sz w:val="20"/>
                <w:lang w:val="ru-RU"/>
              </w:rPr>
              <w:t>Куда отправить заполненную заявку</w:t>
            </w:r>
          </w:p>
          <w:p w14:paraId="2520DEF7" w14:textId="77777777" w:rsidR="008F4D47" w:rsidRPr="00473B2C" w:rsidRDefault="00000000">
            <w:pPr>
              <w:spacing w:after="0"/>
              <w:rPr>
                <w:lang w:val="ru-RU"/>
              </w:rPr>
            </w:pPr>
            <w:r w:rsidRPr="00473B2C">
              <w:rPr>
                <w:color w:val="FFFFFF"/>
                <w:sz w:val="16"/>
                <w:lang w:val="ru-RU"/>
              </w:rPr>
              <w:t xml:space="preserve">Сохраните файл и направьте его на </w:t>
            </w:r>
            <w:hyperlink r:id="rId8">
              <w:r w:rsidR="008F4D47">
                <w:rPr>
                  <w:b/>
                  <w:color w:val="FFFFFF"/>
                  <w:u w:val="single"/>
                </w:rPr>
                <w:t>info</w:t>
              </w:r>
              <w:r w:rsidR="008F4D47" w:rsidRPr="00473B2C">
                <w:rPr>
                  <w:b/>
                  <w:color w:val="FFFFFF"/>
                  <w:u w:val="single"/>
                  <w:lang w:val="ru-RU"/>
                </w:rPr>
                <w:t>@</w:t>
              </w:r>
              <w:r w:rsidR="008F4D47">
                <w:rPr>
                  <w:b/>
                  <w:color w:val="FFFFFF"/>
                  <w:u w:val="single"/>
                </w:rPr>
                <w:t>interfestival</w:t>
              </w:r>
              <w:r w:rsidR="008F4D47" w:rsidRPr="00473B2C">
                <w:rPr>
                  <w:b/>
                  <w:color w:val="FFFFFF"/>
                  <w:u w:val="single"/>
                  <w:lang w:val="ru-RU"/>
                </w:rPr>
                <w:t>.</w:t>
              </w:r>
              <w:r w:rsidR="008F4D47">
                <w:rPr>
                  <w:b/>
                  <w:color w:val="FFFFFF"/>
                  <w:u w:val="single"/>
                </w:rPr>
                <w:t>ru</w:t>
              </w:r>
            </w:hyperlink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124F78"/>
            <w:tcMar>
              <w:top w:w="150" w:type="dxa"/>
              <w:left w:w="180" w:type="dxa"/>
              <w:bottom w:w="150" w:type="dxa"/>
              <w:right w:w="180" w:type="dxa"/>
            </w:tcMar>
          </w:tcPr>
          <w:p w14:paraId="79167A6D" w14:textId="77777777" w:rsidR="008F4D47" w:rsidRDefault="00000000">
            <w:pPr>
              <w:spacing w:after="0"/>
              <w:jc w:val="right"/>
            </w:pPr>
            <w:r>
              <w:rPr>
                <w:b/>
                <w:color w:val="FFFFFF"/>
                <w:sz w:val="22"/>
              </w:rPr>
              <w:t>8 800 707 01 89</w:t>
            </w:r>
            <w:r>
              <w:rPr>
                <w:b/>
                <w:color w:val="FFFFFF"/>
                <w:sz w:val="22"/>
              </w:rPr>
              <w:br/>
            </w:r>
            <w:r>
              <w:rPr>
                <w:color w:val="FFFFFF"/>
                <w:sz w:val="15"/>
              </w:rPr>
              <w:t>бесплатно по России</w:t>
            </w:r>
          </w:p>
        </w:tc>
      </w:tr>
    </w:tbl>
    <w:p w14:paraId="7E042DD8" w14:textId="77777777" w:rsidR="00630D86" w:rsidRDefault="00630D86"/>
    <w:sectPr w:rsidR="00630D86" w:rsidSect="00034616">
      <w:headerReference w:type="default" r:id="rId9"/>
      <w:footerReference w:type="default" r:id="rId10"/>
      <w:pgSz w:w="11906" w:h="16838"/>
      <w:pgMar w:top="765" w:right="879" w:bottom="765" w:left="879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CC63BE" w14:textId="77777777" w:rsidR="00545B54" w:rsidRDefault="00545B54">
      <w:pPr>
        <w:spacing w:after="0" w:line="240" w:lineRule="auto"/>
      </w:pPr>
      <w:r>
        <w:separator/>
      </w:r>
    </w:p>
  </w:endnote>
  <w:endnote w:type="continuationSeparator" w:id="0">
    <w:p w14:paraId="182D6028" w14:textId="77777777" w:rsidR="00545B54" w:rsidRDefault="00545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4680A9" w14:textId="77777777" w:rsidR="008F4D47" w:rsidRDefault="00000000">
    <w:pPr>
      <w:pStyle w:val="a7"/>
      <w:spacing w:before="60"/>
      <w:jc w:val="center"/>
    </w:pPr>
    <w:r>
      <w:rPr>
        <w:color w:val="637586"/>
        <w:sz w:val="15"/>
      </w:rPr>
      <w:t xml:space="preserve">interfestival.ru   •   info@interfestival.ru   •   страница </w:t>
    </w:r>
    <w:r>
      <w:fldChar w:fldCharType="begin"/>
    </w:r>
    <w:r>
      <w:instrText xml:space="preserve"> PAGE </w:instrText>
    </w:r>
    <w:r>
      <w:fldChar w:fldCharType="separate"/>
    </w:r>
    <w:r w:rsidR="00473B2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FA0AFA" w14:textId="77777777" w:rsidR="00545B54" w:rsidRDefault="00545B54">
      <w:pPr>
        <w:spacing w:after="0" w:line="240" w:lineRule="auto"/>
      </w:pPr>
      <w:r>
        <w:separator/>
      </w:r>
    </w:p>
  </w:footnote>
  <w:footnote w:type="continuationSeparator" w:id="0">
    <w:p w14:paraId="5E294D41" w14:textId="77777777" w:rsidR="00545B54" w:rsidRDefault="00545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995C" w14:textId="77777777" w:rsidR="008F4D47" w:rsidRDefault="008F4D47">
    <w:pPr>
      <w:pStyle w:val="a5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783"/>
      <w:gridCol w:w="4365"/>
    </w:tblGrid>
    <w:tr w:rsidR="008F4D47" w14:paraId="1B4B7512" w14:textId="77777777">
      <w:trPr>
        <w:jc w:val="center"/>
      </w:trPr>
      <w:tc>
        <w:tcPr>
          <w:tcW w:w="5783" w:type="dxa"/>
          <w:tcBorders>
            <w:top w:val="nil"/>
            <w:left w:val="nil"/>
            <w:bottom w:val="nil"/>
            <w:right w:val="nil"/>
          </w:tcBorders>
          <w:shd w:val="clear" w:color="auto" w:fill="124F78"/>
          <w:tcMar>
            <w:top w:w="100" w:type="dxa"/>
            <w:left w:w="160" w:type="dxa"/>
            <w:bottom w:w="100" w:type="dxa"/>
            <w:right w:w="160" w:type="dxa"/>
          </w:tcMar>
        </w:tcPr>
        <w:p w14:paraId="340F4C6B" w14:textId="77777777" w:rsidR="008F4D47" w:rsidRDefault="00000000">
          <w:pPr>
            <w:spacing w:after="0"/>
          </w:pPr>
          <w:r>
            <w:rPr>
              <w:b/>
              <w:color w:val="FFFFFF"/>
              <w:sz w:val="17"/>
            </w:rPr>
            <w:t>ФЕСТИВАЛЬНЫЙ КОМИТЕТ</w:t>
          </w:r>
          <w:r>
            <w:rPr>
              <w:b/>
              <w:color w:val="FFFFFF"/>
              <w:sz w:val="17"/>
            </w:rPr>
            <w:br/>
          </w:r>
          <w:r>
            <w:rPr>
              <w:b/>
              <w:color w:val="FFFFFF"/>
              <w:sz w:val="23"/>
            </w:rPr>
            <w:t>«ЖИЗНЬ ГОРОДОВ»</w:t>
          </w:r>
        </w:p>
      </w:tc>
      <w:tc>
        <w:tcPr>
          <w:tcW w:w="4365" w:type="dxa"/>
          <w:tcBorders>
            <w:top w:val="nil"/>
            <w:left w:val="nil"/>
            <w:bottom w:val="nil"/>
            <w:right w:val="nil"/>
          </w:tcBorders>
          <w:shd w:val="clear" w:color="auto" w:fill="124F78"/>
          <w:tcMar>
            <w:top w:w="100" w:type="dxa"/>
            <w:left w:w="160" w:type="dxa"/>
            <w:bottom w:w="100" w:type="dxa"/>
            <w:right w:w="160" w:type="dxa"/>
          </w:tcMar>
        </w:tcPr>
        <w:p w14:paraId="49F37139" w14:textId="77777777" w:rsidR="008F4D47" w:rsidRDefault="00000000">
          <w:pPr>
            <w:spacing w:after="0"/>
            <w:jc w:val="right"/>
          </w:pPr>
          <w:r>
            <w:rPr>
              <w:b/>
              <w:color w:val="FFFFFF"/>
              <w:sz w:val="20"/>
            </w:rPr>
            <w:t>8 800 707 01 89</w:t>
          </w:r>
          <w:r>
            <w:rPr>
              <w:b/>
              <w:color w:val="FFFFFF"/>
              <w:sz w:val="20"/>
            </w:rPr>
            <w:br/>
          </w:r>
          <w:r>
            <w:rPr>
              <w:color w:val="FFFFFF"/>
              <w:sz w:val="16"/>
            </w:rPr>
            <w:t>info@interfestival.ru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5638540">
    <w:abstractNumId w:val="8"/>
  </w:num>
  <w:num w:numId="2" w16cid:durableId="294920130">
    <w:abstractNumId w:val="6"/>
  </w:num>
  <w:num w:numId="3" w16cid:durableId="1964193373">
    <w:abstractNumId w:val="5"/>
  </w:num>
  <w:num w:numId="4" w16cid:durableId="1384064123">
    <w:abstractNumId w:val="4"/>
  </w:num>
  <w:num w:numId="5" w16cid:durableId="2040007696">
    <w:abstractNumId w:val="7"/>
  </w:num>
  <w:num w:numId="6" w16cid:durableId="1937012389">
    <w:abstractNumId w:val="3"/>
  </w:num>
  <w:num w:numId="7" w16cid:durableId="309292250">
    <w:abstractNumId w:val="2"/>
  </w:num>
  <w:num w:numId="8" w16cid:durableId="471752340">
    <w:abstractNumId w:val="1"/>
  </w:num>
  <w:num w:numId="9" w16cid:durableId="8322640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4DBC"/>
    <w:rsid w:val="00473B2C"/>
    <w:rsid w:val="00545B54"/>
    <w:rsid w:val="00630D86"/>
    <w:rsid w:val="00717A02"/>
    <w:rsid w:val="00842DA7"/>
    <w:rsid w:val="008F4D47"/>
    <w:rsid w:val="008F5A51"/>
    <w:rsid w:val="00AA1D8D"/>
    <w:rsid w:val="00B47730"/>
    <w:rsid w:val="00B519C0"/>
    <w:rsid w:val="00CB0664"/>
    <w:rsid w:val="00DB7302"/>
    <w:rsid w:val="00E27A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57DF9"/>
  <w14:defaultImageDpi w14:val="300"/>
  <w15:docId w15:val="{6B7CD092-D9FB-DF48-8A91-DE85456E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Arial" w:hAnsi="Arial"/>
      <w:color w:val="152434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80" w:after="140"/>
      <w:outlineLvl w:val="0"/>
    </w:pPr>
    <w:rPr>
      <w:rFonts w:asciiTheme="majorHAnsi" w:eastAsiaTheme="majorEastAsia" w:hAnsiTheme="majorHAnsi" w:cstheme="majorBidi"/>
      <w:b/>
      <w:bCs/>
      <w:color w:val="124F78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24F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24F7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24F78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terfestiv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Заявка на участие в фестивале — Фестивальный комитет «Жизнь городов»</vt:lpstr>
      <vt:lpstr/>
    </vt:vector>
  </TitlesOfParts>
  <Manager/>
  <Company/>
  <LinksUpToDate>false</LinksUpToDate>
  <CharactersWithSpaces>2423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фестивале — Фестивальный комитет «Жизнь городов»</dc:title>
  <dc:subject>Шаблон заявки на участие</dc:subject>
  <dc:creator>Фестивальный комитет «Жизнь городов»</dc:creator>
  <cp:keywords>интерфестиваль, заявка, фестиваль, конкурс</cp:keywords>
  <dc:description>Шаблон подготовлен на основе актуальной онлайн-заявки сайта interfestival.ru</dc:description>
  <cp:lastModifiedBy>9294757@mail.ru</cp:lastModifiedBy>
  <cp:revision>4</cp:revision>
  <dcterms:created xsi:type="dcterms:W3CDTF">2026-08-27T10:33:00Z</dcterms:created>
  <dcterms:modified xsi:type="dcterms:W3CDTF">2026-08-27T10:40:00Z</dcterms:modified>
  <cp:category/>
</cp:coreProperties>
</file>